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0625»</w:t>
      </w:r>
    </w:p>
    <w:p>
      <w:r>
        <w:t>Артикул LD-09992.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LD-COFFEE-GRINDER-0625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LD-09992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