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0624»</w:t>
      </w:r>
    </w:p>
    <w:p>
      <w:r>
        <w:t>Артикул LD-09981.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LD-BASKET-0624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