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0624»</w:t>
      </w:r>
    </w:p>
    <w:p>
      <w:r>
        <w:t>Артикул LD-09973.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LD-ORGANIZER-0624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