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0622»</w:t>
      </w:r>
    </w:p>
    <w:p>
      <w:r>
        <w:t>Артикул LD-09950.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LD-SIDE-TABLE-0622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