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Плед «Объятие 0622»</w:t>
      </w:r>
    </w:p>
    <w:p>
      <w:r>
        <w:t>Артикул LD-09942. Исполнение Синяя клетка. Страна производства Южная Корея (KR).</w:t>
      </w:r>
    </w:p>
    <w:p>
      <w:r>
        <w:t>Плед подходит для отдыха дома и оформления дивана или кресла. Материалы: Хлопок, шерсть. В этом исполнении используется цвет «Синяя клетка». Размер товара: 140 × 200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LD-BLANKET-0622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LD-09942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Синяя клетка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Синяя клетка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Южная Корея (KR)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Тексталия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Хлопок, шерсть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Проверьте ярлык по уходу перед первой стиркой.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Температура стирки по учебным характеристикам: 30 °C. Используйте деликатный режим.</w:t>
      </w:r>
    </w:p>
    <w:p>
      <w:r>
        <w:t>Сушите естественным способом; избегайте отбеливателей и интенсивного отжима.</w:t>
      </w:r>
    </w:p>
    <w:p>
      <w:pPr>
        <w:pStyle w:val="Heading1"/>
      </w:pPr>
      <w:r>
        <w:t>Упаковка</w:t>
      </w:r>
    </w:p>
    <w:p>
      <w:r>
        <w:t>В упаковке 1 шт. Размер упаковки 42 × 34 × 12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LD-09942    Южная Корея (KR)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LD-09942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