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0621»</w:t>
      </w:r>
    </w:p>
    <w:p>
      <w:r>
        <w:t>Артикул LD-09933. Исполнение Ротанг и голубая подкладка. Страна производства США (US).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LD-BASKET-0621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LD-09933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LD-09933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LD-09933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