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0621»</w:t>
      </w:r>
    </w:p>
    <w:p>
      <w:r>
        <w:t>Артикул LD-09930. Исполнение Светло-голубой. Страна производства Япония (JP).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LD-MUG-0621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LD-09930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LD-09930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LD-09930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