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0619»</w:t>
      </w:r>
    </w:p>
    <w:p>
      <w:r>
        <w:t>Артикул LD-09904.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LD-CUTLERY-0619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