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0619»</w:t>
      </w:r>
    </w:p>
    <w:p>
      <w:r>
        <w:t>Артикул LD-09897.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LD-TOASTER-0619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