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0618»</w:t>
      </w:r>
    </w:p>
    <w:p>
      <w:r>
        <w:t>Артикул LD-09887. Исполнение Серо-синий в полоску. Страна производства Германия (DE).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LD-CUSHION-0618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