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0618»</w:t>
      </w:r>
    </w:p>
    <w:p>
      <w:r>
        <w:t>Артикул LD-09878.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LD-BLANKET-0618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