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0616»</w:t>
      </w:r>
    </w:p>
    <w:p>
      <w:r>
        <w:t>Артикул LD-09856.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LD-CUTLERY-0616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LD-09856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