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0616»</w:t>
      </w:r>
    </w:p>
    <w:p>
      <w:r>
        <w:t>Артикул LD-09853. Исполнение Ротанг и голубая подкладка. Страна производства Италия (IT).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LD-BASKET-0616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LD-09853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LD-09853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LD-09853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