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0062»</w:t>
      </w:r>
    </w:p>
    <w:p>
      <w:r>
        <w:t>Артикул LD-00984.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