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0613»</w:t>
      </w:r>
    </w:p>
    <w:p>
      <w:r>
        <w:t>Артикул LD-09807.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LD-CUSHION-0613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