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0612»</w:t>
      </w:r>
    </w:p>
    <w:p>
      <w:r>
        <w:t>Артикул LD-09786.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LD-MUG-0612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