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0612»</w:t>
      </w:r>
    </w:p>
    <w:p>
      <w:r>
        <w:t>Артикул LD-09777.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