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0610»</w:t>
      </w:r>
    </w:p>
    <w:p>
      <w:r>
        <w:t>Артикул LD-09757.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LD-BASKET-0610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