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0610»</w:t>
      </w:r>
    </w:p>
    <w:p>
      <w:r>
        <w:t>Артикул LD-09748. Исполнение Светло-серая керамика. Страна производства США (US).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LD-VASE-0610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LD-09748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LD-09748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LD-09748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