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0610»</w:t>
      </w:r>
    </w:p>
    <w:p>
      <w:r>
        <w:t>Артикул LD-09745.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LD-LAMP-0610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