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0608»</w:t>
      </w:r>
    </w:p>
    <w:p>
      <w:r>
        <w:t>Артикул LD-09724.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LD-MIRROR-0608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LD-09724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