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0607»</w:t>
      </w:r>
    </w:p>
    <w:p>
      <w:r>
        <w:t>Артикул LD-09703. Исполнение Дымчато-синий. Страна производства США (US).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LD-FLOOR-LAMP-0607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LD-09703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