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0605»</w:t>
      </w:r>
    </w:p>
    <w:p>
      <w:r>
        <w:t>Артикул LD-09672.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LD-COFFEE-GRINDER-0605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