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0600»</w:t>
      </w:r>
    </w:p>
    <w:p>
      <w:r>
        <w:t>Артикул LD-09598. Исполнение Дуб и синяя полка. Страна производства США (US).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LD-SIDE-TABLE-0600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LD-09598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