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0600»</w:t>
      </w:r>
    </w:p>
    <w:p>
      <w:r>
        <w:t>Артикул LD-09596. Исполнение Дымчато-синий. Страна производства Россия (RU).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LD-MIRROR-0600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LD-09596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