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0596»</w:t>
      </w:r>
    </w:p>
    <w:p>
      <w:r>
        <w:t>Артикул LD-09525.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