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0595»</w:t>
      </w:r>
    </w:p>
    <w:p>
      <w:r>
        <w:t>Артикул LD-09519. Исполнение Серо-синий в полоску. Страна производства Польша (PL).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LD-CUSHION-0595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LD-09519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LD-09519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LD-09519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