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0593»</w:t>
      </w:r>
    </w:p>
    <w:p>
      <w:r>
        <w:t>Артикул LD-09475.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