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0592»</w:t>
      </w:r>
    </w:p>
    <w:p>
      <w:r>
        <w:t>Артикул LD-09472. Исполнение Сталь и синие ручки. Страна производства Южная Корея (KR).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LD-CUTLERY-0592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LD-09472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LD-09472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LD-09472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