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0591»</w:t>
      </w:r>
    </w:p>
    <w:p>
      <w:r>
        <w:t>Артикул LD-09443. Исполнение Серо-синяя обивка. Страна производства США (US).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LD-09443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