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0589»</w:t>
      </w:r>
    </w:p>
    <w:p>
      <w:r>
        <w:t>Артикул LD-09420.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