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Чайник «Тихое утро 0589»</w:t>
      </w:r>
    </w:p>
    <w:p>
      <w:r>
        <w:t>Артикул LD-09410. Исполнение Светло-голубой. Страна производства Япония (JP).</w:t>
      </w:r>
    </w:p>
    <w:p>
      <w:r>
        <w:t>Чайник предназначен для нагревания питьевой воды на домашней кухне. Материалы: Нержавеющая сталь. В этом исполнении используется цвет «Светло-голубой». Размер товара: 1,7 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LD-KETTLE-0589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LD-09410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Наливайте только питьевую воду в пределах отметок на корпусе; не включайте пустой чайник.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24 × 22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LD-09410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LD-09410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