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Декоративная подушка «Мягкий акцент 0588»</w:t>
      </w:r>
    </w:p>
    <w:p>
      <w:r>
        <w:t>Артикул LD-09407. Исполнение Серо-синий в полоску. Страна производства Германия (DE).</w:t>
      </w:r>
    </w:p>
    <w:p>
      <w:r>
        <w:t>Декоративная подушка дополняет диван или кресло и поддерживает удобную посадку. Материалы: Лён, хлопок. В этом исполнении используется цвет «Серо-синий в полоску». Размер товара: 45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LD-CUSHION-0588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LD-09407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Германия (DE)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Лён, хлопок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48 × 48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LD-09407    Германия (DE)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LD-09407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