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0585»</w:t>
      </w:r>
    </w:p>
    <w:p>
      <w:r>
        <w:t>Артикул LD-09346. Исполнение Светло-голубой. Страна производства Китай (CN).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LD-09346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