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0583»</w:t>
      </w:r>
    </w:p>
    <w:p>
      <w:r>
        <w:t>Артикул LD-09313.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LD-LAMP-0583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LD-09313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