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0581»</w:t>
      </w:r>
    </w:p>
    <w:p>
      <w:r>
        <w:t>Артикул LD-09295.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LD-09295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