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0577»</w:t>
      </w:r>
    </w:p>
    <w:p>
      <w:r>
        <w:t>Артикул LD-09224. Исполнение Дымчато-синий. Страна производства Канада (CA).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LD-COFFEE-GRINDER-0577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LD-09224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LD-09224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