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0577»</w:t>
      </w:r>
    </w:p>
    <w:p>
      <w:r>
        <w:t>Артикул LD-09223.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LD-09223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