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0576»</w:t>
      </w:r>
    </w:p>
    <w:p>
      <w:r>
        <w:t>Артикул LD-09207. Исполнение Дымчато-синий. Страна производства Германия (DE).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LD-FLOOR-LAMP-0576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LD-09207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LD-09207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LD-09207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