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0569»</w:t>
      </w:r>
    </w:p>
    <w:p>
      <w:r>
        <w:t>Артикул LD-09102.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LD-09102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LD-09102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LD-09102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