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0567»</w:t>
      </w:r>
    </w:p>
    <w:p>
      <w:r>
        <w:t>Артикул LD-09058. Исполнение Светло-голубой. Страна производства Италия (IT).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LD-09058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