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0564»</w:t>
      </w:r>
    </w:p>
    <w:p>
      <w:r>
        <w:t>Артикул LD-09013.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