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0558»</w:t>
      </w:r>
    </w:p>
    <w:p>
      <w:r>
        <w:t>Артикул LD-08927. Исполнение Серо-синий в полоску. Страна производства Германия (DE).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LD-CUSHION-0558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LD-08927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LD-08927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LD-08927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