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0553»</w:t>
      </w:r>
    </w:p>
    <w:p>
      <w:r>
        <w:t>Артикул LD-08848. Исполнение Сталь и синие ручки. Страна производства Италия (IT).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LD-08848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