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0551»</w:t>
      </w:r>
    </w:p>
    <w:p>
      <w:r>
        <w:t>Артикул LD-08803. Исполнение Серо-синяя обивка. Страна производства США (US).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LD-08803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LD-08803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LD-08803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