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0546»</w:t>
      </w:r>
    </w:p>
    <w:p>
      <w:r>
        <w:t>Артикул LD-08732.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