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0545»</w:t>
      </w:r>
    </w:p>
    <w:p>
      <w:r>
        <w:t>Артикул LD-08706. Исполнение Светло-голубой. Страна производства Китай (CN).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LD-KETTLE-0545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LD-08706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LD-08706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LD-08706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