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0543»</w:t>
      </w:r>
    </w:p>
    <w:p>
      <w:r>
        <w:t>Артикул LD-08688.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