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0541»</w:t>
      </w:r>
    </w:p>
    <w:p>
      <w:r>
        <w:t>Артикул LD-08653. Исполнение Ротанг и голубая подкладка. Страна производства США (US).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LD-BASKET-0541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LD-08653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LD-08653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LD-08653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