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0539»</w:t>
      </w:r>
    </w:p>
    <w:p>
      <w:r>
        <w:t>Артикул LD-08623. Исполнение Серо-синий в полоску. Страна производства США (US).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LD-08623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